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3427E" w14:textId="77777777" w:rsidR="00C86418" w:rsidRPr="00785577" w:rsidRDefault="00000000" w:rsidP="005207AD">
      <w:pPr>
        <w:spacing w:after="360"/>
        <w:jc w:val="right"/>
        <w:rPr>
          <w:lang w:val="es-ES"/>
        </w:rPr>
      </w:pPr>
      <w:r w:rsidRPr="00785577">
        <w:rPr>
          <w:b/>
          <w:color w:val="8B0000"/>
          <w:sz w:val="30"/>
          <w:lang w:val="es-ES"/>
        </w:rPr>
        <w:t>INFORME JUSTIFICATIVO DE CONTRATACIÓN DE PERSONAL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48"/>
      </w:tblGrid>
      <w:tr w:rsidR="00C86418" w14:paraId="768B8AC3" w14:textId="77777777">
        <w:trPr>
          <w:jc w:val="center"/>
        </w:trPr>
        <w:tc>
          <w:tcPr>
            <w:tcW w:w="3312" w:type="dxa"/>
            <w:shd w:val="clear" w:color="auto" w:fill="F9F9F9"/>
          </w:tcPr>
          <w:p w14:paraId="04FA92ED" w14:textId="77777777" w:rsidR="00C86418" w:rsidRDefault="00000000">
            <w:pPr>
              <w:spacing w:before="40" w:after="40"/>
            </w:pPr>
            <w:permStart w:id="99505601" w:edGrp="everyone" w:colFirst="1" w:colLast="1"/>
            <w:r>
              <w:rPr>
                <w:b/>
                <w:sz w:val="21"/>
              </w:rPr>
              <w:t>D. / Dña.:</w:t>
            </w:r>
          </w:p>
        </w:tc>
        <w:tc>
          <w:tcPr>
            <w:tcW w:w="6048" w:type="dxa"/>
          </w:tcPr>
          <w:p w14:paraId="1BE33596" w14:textId="35BC7FE0" w:rsidR="00C86418" w:rsidRDefault="00000000">
            <w:pPr>
              <w:spacing w:before="40" w:after="40"/>
            </w:pPr>
            <w:r>
              <w:rPr>
                <w:sz w:val="21"/>
              </w:rPr>
              <w:t>……………………………………………………………………</w:t>
            </w:r>
          </w:p>
        </w:tc>
      </w:tr>
      <w:tr w:rsidR="00C86418" w14:paraId="739B418A" w14:textId="77777777">
        <w:trPr>
          <w:jc w:val="center"/>
        </w:trPr>
        <w:tc>
          <w:tcPr>
            <w:tcW w:w="3312" w:type="dxa"/>
            <w:shd w:val="clear" w:color="auto" w:fill="F9F9F9"/>
          </w:tcPr>
          <w:p w14:paraId="625761C9" w14:textId="322EEF87" w:rsidR="00C86418" w:rsidRPr="00785577" w:rsidRDefault="00000000">
            <w:pPr>
              <w:spacing w:before="40" w:after="40"/>
              <w:rPr>
                <w:lang w:val="es-ES"/>
              </w:rPr>
            </w:pPr>
            <w:permStart w:id="327428305" w:edGrp="everyone" w:colFirst="1" w:colLast="1"/>
            <w:permEnd w:id="99505601"/>
            <w:r w:rsidRPr="00785577">
              <w:rPr>
                <w:b/>
                <w:sz w:val="21"/>
                <w:lang w:val="es-ES"/>
              </w:rPr>
              <w:t xml:space="preserve">Investigador/a Responsable del </w:t>
            </w:r>
            <w:r w:rsidR="00785577">
              <w:rPr>
                <w:b/>
                <w:sz w:val="21"/>
                <w:lang w:val="es-ES"/>
              </w:rPr>
              <w:t xml:space="preserve"> </w:t>
            </w:r>
            <w:r w:rsidRPr="00785577">
              <w:rPr>
                <w:b/>
                <w:sz w:val="21"/>
                <w:lang w:val="es-ES"/>
              </w:rPr>
              <w:t>Proyecto / Ayuda:</w:t>
            </w:r>
          </w:p>
        </w:tc>
        <w:tc>
          <w:tcPr>
            <w:tcW w:w="6048" w:type="dxa"/>
          </w:tcPr>
          <w:p w14:paraId="4D4F3B1A" w14:textId="77777777" w:rsidR="00C86418" w:rsidRDefault="00000000">
            <w:pPr>
              <w:spacing w:before="40" w:after="40"/>
            </w:pPr>
            <w:r>
              <w:rPr>
                <w:sz w:val="21"/>
              </w:rPr>
              <w:t>……………………………………………………………………</w:t>
            </w:r>
          </w:p>
        </w:tc>
      </w:tr>
      <w:tr w:rsidR="00C86418" w14:paraId="36288F02" w14:textId="77777777">
        <w:trPr>
          <w:jc w:val="center"/>
        </w:trPr>
        <w:tc>
          <w:tcPr>
            <w:tcW w:w="3312" w:type="dxa"/>
            <w:shd w:val="clear" w:color="auto" w:fill="F9F9F9"/>
          </w:tcPr>
          <w:p w14:paraId="262E36F5" w14:textId="77777777" w:rsidR="00C86418" w:rsidRDefault="00000000">
            <w:pPr>
              <w:spacing w:before="40" w:after="40"/>
            </w:pPr>
            <w:permStart w:id="2114409640" w:edGrp="everyone" w:colFirst="1" w:colLast="1"/>
            <w:permEnd w:id="327428305"/>
            <w:r>
              <w:rPr>
                <w:b/>
                <w:sz w:val="21"/>
              </w:rPr>
              <w:t>Título del Proyecto / Ayuda:</w:t>
            </w:r>
          </w:p>
        </w:tc>
        <w:tc>
          <w:tcPr>
            <w:tcW w:w="6048" w:type="dxa"/>
          </w:tcPr>
          <w:p w14:paraId="55FF172A" w14:textId="77777777" w:rsidR="00C86418" w:rsidRDefault="00000000">
            <w:pPr>
              <w:spacing w:before="40" w:after="40"/>
            </w:pPr>
            <w:r>
              <w:rPr>
                <w:sz w:val="21"/>
              </w:rPr>
              <w:t>……………………………………………………………………</w:t>
            </w:r>
          </w:p>
        </w:tc>
      </w:tr>
    </w:tbl>
    <w:permEnd w:id="2114409640"/>
    <w:p w14:paraId="4D031704" w14:textId="4E15B0AC" w:rsidR="00C86418" w:rsidRDefault="001E03F3" w:rsidP="001E03F3">
      <w:pPr>
        <w:tabs>
          <w:tab w:val="left" w:pos="3765"/>
        </w:tabs>
        <w:spacing w:after="240"/>
      </w:pPr>
      <w:r>
        <w:tab/>
      </w:r>
    </w:p>
    <w:p w14:paraId="0A96E5C0" w14:textId="77777777" w:rsidR="00C86418" w:rsidRDefault="00000000">
      <w:pPr>
        <w:spacing w:after="160"/>
      </w:pPr>
      <w:r>
        <w:rPr>
          <w:b/>
          <w:color w:val="8B0000"/>
          <w:sz w:val="24"/>
        </w:rPr>
        <w:t>INFORMA:</w:t>
      </w:r>
    </w:p>
    <w:p w14:paraId="59F89C70" w14:textId="484A81F3" w:rsidR="00C86418" w:rsidRPr="001E03F3" w:rsidRDefault="00000000">
      <w:pPr>
        <w:spacing w:after="240"/>
        <w:jc w:val="both"/>
        <w:rPr>
          <w:color w:val="EE0000"/>
          <w:sz w:val="20"/>
          <w:szCs w:val="20"/>
          <w:lang w:val="es-ES"/>
        </w:rPr>
      </w:pPr>
      <w:r w:rsidRPr="00785577">
        <w:rPr>
          <w:sz w:val="21"/>
          <w:lang w:val="es-ES"/>
        </w:rPr>
        <w:t xml:space="preserve">Que se ha solicitado la tramitación de una oferta de contrato indefinido con referencia </w:t>
      </w:r>
      <w:permStart w:id="413080494" w:edGrp="everyone"/>
      <w:r w:rsidRPr="00785577">
        <w:rPr>
          <w:sz w:val="21"/>
          <w:lang w:val="es-ES"/>
        </w:rPr>
        <w:t>………………………………</w:t>
      </w:r>
      <w:r w:rsidR="00B86396" w:rsidRPr="00785577">
        <w:rPr>
          <w:sz w:val="21"/>
          <w:lang w:val="es-ES"/>
        </w:rPr>
        <w:t>…</w:t>
      </w:r>
      <w:r w:rsidRPr="00785577">
        <w:rPr>
          <w:sz w:val="21"/>
          <w:lang w:val="es-ES"/>
        </w:rPr>
        <w:t>…………</w:t>
      </w:r>
      <w:permEnd w:id="413080494"/>
      <w:r w:rsidRPr="00785577">
        <w:rPr>
          <w:sz w:val="21"/>
          <w:lang w:val="es-ES"/>
        </w:rPr>
        <w:t xml:space="preserve">, con cargo al proyecto o ayuda de investigación arriba indicado. La fecha prevista de finalización de dicho contrato es anterior a la fecha de conclusión del proyecto o ayuda, lo cual se fundamenta en la/s siguiente/s </w:t>
      </w:r>
      <w:r w:rsidR="00785577">
        <w:rPr>
          <w:sz w:val="21"/>
          <w:lang w:val="es-ES"/>
        </w:rPr>
        <w:t>justificaciones</w:t>
      </w:r>
      <w:r w:rsidRPr="00785577">
        <w:rPr>
          <w:sz w:val="21"/>
          <w:lang w:val="es-ES"/>
        </w:rPr>
        <w:t xml:space="preserve"> (</w:t>
      </w:r>
      <w:r w:rsidRPr="001E03F3">
        <w:rPr>
          <w:color w:val="EE0000"/>
          <w:sz w:val="20"/>
          <w:szCs w:val="20"/>
          <w:lang w:val="es-ES"/>
        </w:rPr>
        <w:t>marque con una “X” la/s opción/es correspondiente/s y elimine el texto que no proceda):</w:t>
      </w:r>
    </w:p>
    <w:p w14:paraId="5FBBD3D7" w14:textId="10526B33" w:rsidR="00D3584C" w:rsidRDefault="00000000" w:rsidP="00D3584C">
      <w:pPr>
        <w:spacing w:after="160"/>
        <w:ind w:left="357"/>
        <w:contextualSpacing/>
        <w:jc w:val="both"/>
        <w:rPr>
          <w:b/>
          <w:lang w:val="es-ES"/>
        </w:rPr>
      </w:pPr>
      <w:permStart w:id="1296263887" w:edGrp="everyone"/>
      <w:proofErr w:type="gramStart"/>
      <w:r w:rsidRPr="00785577">
        <w:rPr>
          <w:b/>
          <w:lang w:val="es-ES"/>
        </w:rPr>
        <w:t>[</w:t>
      </w:r>
      <w:r w:rsidR="005207AD">
        <w:rPr>
          <w:b/>
          <w:lang w:val="es-ES"/>
        </w:rPr>
        <w:t xml:space="preserve">  </w:t>
      </w:r>
      <w:r w:rsidRPr="00785577">
        <w:rPr>
          <w:b/>
          <w:lang w:val="es-ES"/>
        </w:rPr>
        <w:t>]</w:t>
      </w:r>
      <w:permEnd w:id="1296263887"/>
      <w:proofErr w:type="gramEnd"/>
      <w:r w:rsidRPr="00785577">
        <w:rPr>
          <w:b/>
          <w:lang w:val="es-ES"/>
        </w:rPr>
        <w:t xml:space="preserve"> </w:t>
      </w:r>
      <w:r w:rsidR="005207AD">
        <w:rPr>
          <w:b/>
          <w:lang w:val="es-ES"/>
        </w:rPr>
        <w:t xml:space="preserve">    </w:t>
      </w:r>
      <w:r w:rsidRPr="00785577">
        <w:rPr>
          <w:b/>
          <w:lang w:val="es-ES"/>
        </w:rPr>
        <w:t>Requisito previsto en la memoria científica del proyecto:</w:t>
      </w:r>
      <w:r w:rsidR="00D3584C">
        <w:rPr>
          <w:b/>
          <w:lang w:val="es-ES"/>
        </w:rPr>
        <w:t xml:space="preserve"> </w:t>
      </w:r>
    </w:p>
    <w:p w14:paraId="7B5B8426" w14:textId="43BAB8DF" w:rsidR="006D14B2" w:rsidRDefault="00000000" w:rsidP="00D3584C">
      <w:pPr>
        <w:spacing w:after="160"/>
        <w:ind w:left="357"/>
        <w:contextualSpacing/>
        <w:jc w:val="both"/>
        <w:rPr>
          <w:lang w:val="es-ES"/>
        </w:rPr>
      </w:pPr>
      <w:r w:rsidRPr="00785577">
        <w:rPr>
          <w:lang w:val="es-ES"/>
        </w:rPr>
        <w:t xml:space="preserve">La Memoria Científico-Técnica del proyecto justifica expresamente la necesidad de contratar </w:t>
      </w:r>
      <w:r w:rsidR="00D3584C">
        <w:rPr>
          <w:lang w:val="es-ES"/>
        </w:rPr>
        <w:t>p</w:t>
      </w:r>
      <w:r w:rsidRPr="00785577">
        <w:rPr>
          <w:lang w:val="es-ES"/>
        </w:rPr>
        <w:t>ersonal para la realización de tareas específicas</w:t>
      </w:r>
      <w:r w:rsidR="00D3584C">
        <w:rPr>
          <w:lang w:val="es-ES"/>
        </w:rPr>
        <w:t xml:space="preserve"> que han de estar finalizadas con anterioridad a la fecha fin del plazo de ejecución del proyecto</w:t>
      </w:r>
      <w:r w:rsidR="006D14B2">
        <w:rPr>
          <w:lang w:val="es-ES"/>
        </w:rPr>
        <w:t xml:space="preserve">: </w:t>
      </w:r>
    </w:p>
    <w:p w14:paraId="31965C8A" w14:textId="40DCF8B3" w:rsidR="00C86418" w:rsidRDefault="00000000" w:rsidP="001E03F3">
      <w:pPr>
        <w:spacing w:after="160" w:line="240" w:lineRule="auto"/>
        <w:ind w:left="357"/>
        <w:rPr>
          <w:i/>
          <w:sz w:val="19"/>
          <w:lang w:val="es-ES"/>
        </w:rPr>
      </w:pPr>
      <w:r w:rsidRPr="00785577">
        <w:rPr>
          <w:i/>
          <w:sz w:val="19"/>
          <w:lang w:val="es-ES"/>
        </w:rPr>
        <w:t xml:space="preserve">• Ubicación en la Memoria (páginas / secciones / cronograma): </w:t>
      </w:r>
      <w:permStart w:id="1548902541" w:edGrp="everyone"/>
      <w:r w:rsidR="001E03F3">
        <w:rPr>
          <w:i/>
          <w:sz w:val="19"/>
          <w:lang w:val="es-ES"/>
        </w:rPr>
        <w:t>...........................……………………………………………………………………………………………………………………………………………………………………………………</w:t>
      </w:r>
      <w:r w:rsidRPr="00785577">
        <w:rPr>
          <w:i/>
          <w:sz w:val="19"/>
          <w:lang w:val="es-ES"/>
        </w:rPr>
        <w:t>………………………………………………</w:t>
      </w:r>
      <w:r w:rsidR="001E03F3">
        <w:rPr>
          <w:i/>
          <w:sz w:val="19"/>
          <w:lang w:val="es-ES"/>
        </w:rPr>
        <w:t>…………………………………………………………………………………………………………</w:t>
      </w:r>
      <w:r w:rsidRPr="00785577">
        <w:rPr>
          <w:i/>
          <w:sz w:val="19"/>
          <w:lang w:val="es-ES"/>
        </w:rPr>
        <w:br/>
      </w:r>
      <w:permEnd w:id="1548902541"/>
      <w:r w:rsidRPr="00785577">
        <w:rPr>
          <w:i/>
          <w:sz w:val="19"/>
          <w:lang w:val="es-ES"/>
        </w:rPr>
        <w:t>(Indicar páginas y secciones en las que se hace referencia a la asignación presupuestaria para ese contrato, las tareas a realizar por el contratado y el periodo de ejecución en el cronograma, y aportar la Memoria).</w:t>
      </w:r>
    </w:p>
    <w:p w14:paraId="1C8763F4" w14:textId="77777777" w:rsidR="000079CD" w:rsidRPr="00785577" w:rsidRDefault="000079CD" w:rsidP="001E03F3">
      <w:pPr>
        <w:spacing w:after="160" w:line="240" w:lineRule="auto"/>
        <w:ind w:left="357"/>
        <w:jc w:val="both"/>
        <w:rPr>
          <w:lang w:val="es-ES"/>
        </w:rPr>
      </w:pPr>
    </w:p>
    <w:p w14:paraId="1ED65FCF" w14:textId="20E87D60" w:rsidR="000079CD" w:rsidRDefault="00000000" w:rsidP="001E03F3">
      <w:pPr>
        <w:spacing w:after="160" w:line="240" w:lineRule="auto"/>
        <w:ind w:left="357"/>
        <w:rPr>
          <w:lang w:val="es-ES"/>
        </w:rPr>
      </w:pPr>
      <w:permStart w:id="940735530" w:edGrp="everyone"/>
      <w:proofErr w:type="gramStart"/>
      <w:r w:rsidRPr="00785577">
        <w:rPr>
          <w:b/>
          <w:lang w:val="es-ES"/>
        </w:rPr>
        <w:t>[</w:t>
      </w:r>
      <w:r w:rsidR="005207AD">
        <w:rPr>
          <w:b/>
          <w:lang w:val="es-ES"/>
        </w:rPr>
        <w:t xml:space="preserve">  </w:t>
      </w:r>
      <w:r w:rsidRPr="00785577">
        <w:rPr>
          <w:b/>
          <w:lang w:val="es-ES"/>
        </w:rPr>
        <w:t>]</w:t>
      </w:r>
      <w:proofErr w:type="gramEnd"/>
      <w:r w:rsidRPr="00785577">
        <w:rPr>
          <w:b/>
          <w:lang w:val="es-ES"/>
        </w:rPr>
        <w:t xml:space="preserve"> </w:t>
      </w:r>
      <w:r w:rsidR="005207AD">
        <w:rPr>
          <w:b/>
          <w:lang w:val="es-ES"/>
        </w:rPr>
        <w:t xml:space="preserve">  </w:t>
      </w:r>
      <w:permEnd w:id="940735530"/>
      <w:r w:rsidRPr="00785577">
        <w:rPr>
          <w:b/>
          <w:lang w:val="es-ES"/>
        </w:rPr>
        <w:t>Reajuste presupuestario por minoración de la financiación:</w:t>
      </w:r>
      <w:r w:rsidRPr="00785577">
        <w:rPr>
          <w:b/>
          <w:lang w:val="es-ES"/>
        </w:rPr>
        <w:br/>
      </w:r>
      <w:r w:rsidRPr="00785577">
        <w:rPr>
          <w:lang w:val="es-ES"/>
        </w:rPr>
        <w:t>La financiación concedida al proyecto resulta inferior a la solicitada inicialmente, lo que obliga a realizar reajustes en la partida presupuestaria de personal que impiden mantener la contratación</w:t>
      </w:r>
      <w:r w:rsidR="000079CD">
        <w:rPr>
          <w:lang w:val="es-ES"/>
        </w:rPr>
        <w:t xml:space="preserve"> </w:t>
      </w:r>
      <w:r w:rsidRPr="00785577">
        <w:rPr>
          <w:lang w:val="es-ES"/>
        </w:rPr>
        <w:t>hasta la fecha de finalización del proyecto.</w:t>
      </w:r>
      <w:r w:rsidR="000079CD">
        <w:rPr>
          <w:lang w:val="es-ES"/>
        </w:rPr>
        <w:t xml:space="preserve"> </w:t>
      </w:r>
    </w:p>
    <w:p w14:paraId="0FD4FA7C" w14:textId="7E864213" w:rsidR="000079CD" w:rsidRDefault="00000000" w:rsidP="005207AD">
      <w:pPr>
        <w:tabs>
          <w:tab w:val="left" w:pos="7065"/>
        </w:tabs>
        <w:spacing w:after="160"/>
        <w:ind w:left="360"/>
        <w:jc w:val="both"/>
        <w:rPr>
          <w:i/>
          <w:sz w:val="19"/>
          <w:lang w:val="es-ES"/>
        </w:rPr>
      </w:pPr>
      <w:r w:rsidRPr="00785577">
        <w:rPr>
          <w:i/>
          <w:sz w:val="19"/>
          <w:lang w:val="es-ES"/>
        </w:rPr>
        <w:t xml:space="preserve">• </w:t>
      </w:r>
      <w:r w:rsidR="000079CD">
        <w:rPr>
          <w:i/>
          <w:sz w:val="19"/>
          <w:lang w:val="es-ES"/>
        </w:rPr>
        <w:t xml:space="preserve"> </w:t>
      </w:r>
      <w:r w:rsidRPr="00785577">
        <w:rPr>
          <w:i/>
          <w:sz w:val="19"/>
          <w:lang w:val="es-ES"/>
        </w:rPr>
        <w:t xml:space="preserve">Presupuesto solicitado: </w:t>
      </w:r>
      <w:permStart w:id="857436792" w:edGrp="everyone"/>
      <w:r w:rsidRPr="00785577">
        <w:rPr>
          <w:i/>
          <w:sz w:val="19"/>
          <w:lang w:val="es-ES"/>
        </w:rPr>
        <w:t xml:space="preserve">………………………… €  </w:t>
      </w:r>
      <w:permEnd w:id="857436792"/>
      <w:r w:rsidR="005207AD">
        <w:rPr>
          <w:i/>
          <w:sz w:val="19"/>
          <w:lang w:val="es-ES"/>
        </w:rPr>
        <w:tab/>
      </w:r>
    </w:p>
    <w:p w14:paraId="2B71CFC5" w14:textId="04382741" w:rsidR="000079CD" w:rsidRDefault="000079CD">
      <w:pPr>
        <w:spacing w:after="240"/>
        <w:ind w:left="360"/>
        <w:jc w:val="both"/>
        <w:rPr>
          <w:i/>
          <w:sz w:val="19"/>
          <w:lang w:val="es-ES"/>
        </w:rPr>
      </w:pPr>
      <w:r w:rsidRPr="000079CD">
        <w:rPr>
          <w:i/>
          <w:sz w:val="19"/>
          <w:lang w:val="es-ES"/>
        </w:rPr>
        <w:t>• Presupuesto</w:t>
      </w:r>
      <w:r>
        <w:rPr>
          <w:i/>
          <w:sz w:val="19"/>
          <w:lang w:val="es-ES"/>
        </w:rPr>
        <w:t xml:space="preserve"> concedido</w:t>
      </w:r>
      <w:r w:rsidRPr="000079CD">
        <w:rPr>
          <w:i/>
          <w:sz w:val="19"/>
          <w:lang w:val="es-ES"/>
        </w:rPr>
        <w:t xml:space="preserve">: </w:t>
      </w:r>
      <w:permStart w:id="458228652" w:edGrp="everyone"/>
      <w:r w:rsidRPr="000079CD">
        <w:rPr>
          <w:i/>
          <w:sz w:val="19"/>
          <w:lang w:val="es-ES"/>
        </w:rPr>
        <w:t>………</w:t>
      </w:r>
      <w:r>
        <w:rPr>
          <w:i/>
          <w:sz w:val="19"/>
          <w:lang w:val="es-ES"/>
        </w:rPr>
        <w:t>…………</w:t>
      </w:r>
      <w:r w:rsidRPr="000079CD">
        <w:rPr>
          <w:i/>
          <w:sz w:val="19"/>
          <w:lang w:val="es-ES"/>
        </w:rPr>
        <w:t>……… €</w:t>
      </w:r>
    </w:p>
    <w:permEnd w:id="458228652"/>
    <w:p w14:paraId="578EF6AF" w14:textId="77777777" w:rsidR="000079CD" w:rsidRDefault="000079CD">
      <w:pPr>
        <w:spacing w:after="240"/>
        <w:ind w:left="360"/>
        <w:jc w:val="both"/>
        <w:rPr>
          <w:i/>
          <w:sz w:val="19"/>
          <w:lang w:val="es-ES"/>
        </w:rPr>
      </w:pPr>
    </w:p>
    <w:p w14:paraId="03FA396E" w14:textId="6DD15D06" w:rsidR="00C86418" w:rsidRPr="00785577" w:rsidRDefault="000079CD" w:rsidP="005207AD">
      <w:pPr>
        <w:spacing w:after="240"/>
        <w:ind w:left="360"/>
        <w:rPr>
          <w:lang w:val="es-ES"/>
        </w:rPr>
      </w:pPr>
      <w:permStart w:id="622026181" w:edGrp="everyone"/>
      <w:r w:rsidRPr="000079CD">
        <w:rPr>
          <w:i/>
          <w:sz w:val="19"/>
          <w:lang w:val="es-ES"/>
        </w:rPr>
        <w:t xml:space="preserve"> </w:t>
      </w:r>
      <w:proofErr w:type="gramStart"/>
      <w:r w:rsidRPr="00785577">
        <w:rPr>
          <w:b/>
          <w:lang w:val="es-ES"/>
        </w:rPr>
        <w:t>[</w:t>
      </w:r>
      <w:r w:rsidR="005207AD">
        <w:rPr>
          <w:b/>
          <w:lang w:val="es-ES"/>
        </w:rPr>
        <w:t xml:space="preserve">  </w:t>
      </w:r>
      <w:r w:rsidRPr="00785577">
        <w:rPr>
          <w:b/>
          <w:lang w:val="es-ES"/>
        </w:rPr>
        <w:t>]</w:t>
      </w:r>
      <w:proofErr w:type="gramEnd"/>
      <w:r w:rsidR="005207AD">
        <w:rPr>
          <w:b/>
          <w:lang w:val="es-ES"/>
        </w:rPr>
        <w:t xml:space="preserve">  </w:t>
      </w:r>
      <w:r w:rsidRPr="00785577">
        <w:rPr>
          <w:b/>
          <w:lang w:val="es-ES"/>
        </w:rPr>
        <w:t xml:space="preserve"> </w:t>
      </w:r>
      <w:permEnd w:id="622026181"/>
      <w:r w:rsidRPr="00785577">
        <w:rPr>
          <w:b/>
          <w:lang w:val="es-ES"/>
        </w:rPr>
        <w:t>Necesidad sobrevenida durante la ejecución del proyecto:</w:t>
      </w:r>
      <w:r w:rsidRPr="00785577">
        <w:rPr>
          <w:b/>
          <w:lang w:val="es-ES"/>
        </w:rPr>
        <w:br/>
      </w:r>
      <w:r w:rsidRPr="00785577">
        <w:rPr>
          <w:lang w:val="es-ES"/>
        </w:rPr>
        <w:t>Durante el desarrollo del proyecto ha surgido la necesidad de contar con apoyo</w:t>
      </w:r>
      <w:r>
        <w:rPr>
          <w:lang w:val="es-ES"/>
        </w:rPr>
        <w:t xml:space="preserve"> para el desarrollo de actividades especificas</w:t>
      </w:r>
      <w:r w:rsidRPr="00785577">
        <w:rPr>
          <w:lang w:val="es-ES"/>
        </w:rPr>
        <w:t xml:space="preserve"> mediante la contratación de personal. El personal contratado participará en las siguientes tareas: </w:t>
      </w:r>
      <w:permStart w:id="1867778114" w:edGrp="everyone"/>
      <w:r w:rsidRPr="00785577">
        <w:rPr>
          <w:lang w:val="es-ES"/>
        </w:rPr>
        <w:t>……</w:t>
      </w:r>
      <w:r w:rsidR="001E03F3">
        <w:rPr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Pr="00785577">
        <w:rPr>
          <w:lang w:val="es-ES"/>
        </w:rPr>
        <w:t>……………………………………………………</w:t>
      </w:r>
      <w:r>
        <w:rPr>
          <w:lang w:val="es-ES"/>
        </w:rPr>
        <w:t>……………………………………………………</w:t>
      </w:r>
      <w:r w:rsidRPr="00785577">
        <w:rPr>
          <w:lang w:val="es-ES"/>
        </w:rPr>
        <w:t>…………</w:t>
      </w:r>
      <w:r w:rsidRPr="00785577">
        <w:rPr>
          <w:lang w:val="es-ES"/>
        </w:rPr>
        <w:br/>
      </w:r>
      <w:permEnd w:id="1867778114"/>
      <w:r w:rsidRPr="00785577">
        <w:rPr>
          <w:i/>
          <w:sz w:val="19"/>
          <w:lang w:val="es-ES"/>
        </w:rPr>
        <w:t xml:space="preserve">• </w:t>
      </w:r>
      <w:r w:rsidR="00D3584C">
        <w:rPr>
          <w:i/>
          <w:sz w:val="19"/>
          <w:lang w:val="es-ES"/>
        </w:rPr>
        <w:t>Esta circunstancia será recogida de forma expresa en el correspondiente informe científico-técnico de seguimiento.</w:t>
      </w:r>
    </w:p>
    <w:p w14:paraId="1EB93CAA" w14:textId="77777777" w:rsidR="003D6F85" w:rsidRDefault="003D6F85">
      <w:pPr>
        <w:spacing w:after="320"/>
        <w:jc w:val="both"/>
        <w:rPr>
          <w:b/>
          <w:lang w:val="es-ES"/>
        </w:rPr>
      </w:pPr>
    </w:p>
    <w:p w14:paraId="49EDA6FB" w14:textId="77777777" w:rsidR="003D6F85" w:rsidRDefault="003D6F85">
      <w:pPr>
        <w:spacing w:after="320"/>
        <w:jc w:val="both"/>
        <w:rPr>
          <w:b/>
          <w:lang w:val="es-ES"/>
        </w:rPr>
      </w:pPr>
    </w:p>
    <w:p w14:paraId="3179D228" w14:textId="43590A51" w:rsidR="00C86418" w:rsidRPr="00785577" w:rsidRDefault="00000000">
      <w:pPr>
        <w:spacing w:after="320"/>
        <w:jc w:val="both"/>
        <w:rPr>
          <w:lang w:val="es-ES"/>
        </w:rPr>
      </w:pPr>
      <w:r w:rsidRPr="00785577">
        <w:rPr>
          <w:b/>
          <w:lang w:val="es-ES"/>
        </w:rPr>
        <w:t>Las tareas por las que se solicita la contratación quedarán íntegramente finalizadas a la fecha de conclusión de dicho contrato.</w:t>
      </w:r>
    </w:p>
    <w:p w14:paraId="29800DEB" w14:textId="77777777" w:rsidR="00C86418" w:rsidRPr="00785577" w:rsidRDefault="00000000">
      <w:pPr>
        <w:spacing w:after="120"/>
        <w:rPr>
          <w:lang w:val="es-ES"/>
        </w:rPr>
      </w:pPr>
      <w:r w:rsidRPr="00785577">
        <w:rPr>
          <w:b/>
          <w:color w:val="8B0000"/>
          <w:lang w:val="es-ES"/>
        </w:rPr>
        <w:t>DECLARACIÓN RESPONSABLE:</w:t>
      </w:r>
    </w:p>
    <w:p w14:paraId="30A2AB7E" w14:textId="6601E70A" w:rsidR="00C86418" w:rsidRPr="00785577" w:rsidRDefault="00000000">
      <w:pPr>
        <w:spacing w:after="480"/>
        <w:jc w:val="both"/>
        <w:rPr>
          <w:lang w:val="es-ES"/>
        </w:rPr>
      </w:pPr>
      <w:r w:rsidRPr="00785577">
        <w:rPr>
          <w:sz w:val="20"/>
          <w:lang w:val="es-ES"/>
        </w:rPr>
        <w:t>Por la presente, declaro bajo mi responsabilidad que los datos incluidos en la solicitud son ciertos y que me comprometo a mantener el cumplimiento de estas condiciones durante el periodo de ejecución del proyecto/ contrato.</w:t>
      </w:r>
    </w:p>
    <w:p w14:paraId="6B99C04F" w14:textId="77777777" w:rsidR="00C86418" w:rsidRPr="00785577" w:rsidRDefault="00000000">
      <w:pPr>
        <w:spacing w:after="720"/>
        <w:jc w:val="right"/>
        <w:rPr>
          <w:lang w:val="es-ES"/>
        </w:rPr>
      </w:pPr>
      <w:r w:rsidRPr="00785577">
        <w:rPr>
          <w:sz w:val="21"/>
          <w:lang w:val="es-ES"/>
        </w:rPr>
        <w:t>En Sevilla, a fecha de la firma digital.</w:t>
      </w:r>
    </w:p>
    <w:p w14:paraId="0473981B" w14:textId="6CB67809" w:rsidR="00C86418" w:rsidRDefault="00000000">
      <w:pPr>
        <w:jc w:val="right"/>
        <w:rPr>
          <w:lang w:val="es-ES"/>
        </w:rPr>
      </w:pPr>
      <w:r w:rsidRPr="00785577">
        <w:rPr>
          <w:b/>
          <w:sz w:val="21"/>
          <w:lang w:val="es-ES"/>
        </w:rPr>
        <w:t xml:space="preserve">Fdo.: D. / Dña. </w:t>
      </w:r>
      <w:permStart w:id="957049520" w:edGrp="everyone"/>
      <w:r w:rsidRPr="00785577">
        <w:rPr>
          <w:b/>
          <w:sz w:val="21"/>
          <w:lang w:val="es-ES"/>
        </w:rPr>
        <w:t>……………………………………………………………………</w:t>
      </w:r>
      <w:permEnd w:id="957049520"/>
      <w:r w:rsidRPr="00785577">
        <w:rPr>
          <w:b/>
          <w:sz w:val="21"/>
          <w:lang w:val="es-ES"/>
        </w:rPr>
        <w:br/>
        <w:t xml:space="preserve">Investigador/a </w:t>
      </w:r>
      <w:r w:rsidR="00D3584C" w:rsidRPr="00785577">
        <w:rPr>
          <w:b/>
          <w:sz w:val="21"/>
          <w:lang w:val="es-ES"/>
        </w:rPr>
        <w:t>responsable</w:t>
      </w:r>
      <w:r w:rsidRPr="00785577">
        <w:rPr>
          <w:b/>
          <w:sz w:val="21"/>
          <w:lang w:val="es-ES"/>
        </w:rPr>
        <w:t xml:space="preserve"> del Proyecto</w:t>
      </w:r>
    </w:p>
    <w:p w14:paraId="44424769" w14:textId="77777777" w:rsidR="001977CB" w:rsidRPr="00785577" w:rsidRDefault="001977CB">
      <w:pPr>
        <w:jc w:val="right"/>
        <w:rPr>
          <w:lang w:val="es-ES"/>
        </w:rPr>
      </w:pPr>
    </w:p>
    <w:sectPr w:rsidR="001977CB" w:rsidRPr="00785577" w:rsidSect="001E03F3">
      <w:headerReference w:type="default" r:id="rId8"/>
      <w:pgSz w:w="12240" w:h="15840"/>
      <w:pgMar w:top="1191" w:right="1418" w:bottom="1021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61078" w14:textId="77777777" w:rsidR="003845B2" w:rsidRDefault="003845B2" w:rsidP="005207AD">
      <w:pPr>
        <w:spacing w:after="0" w:line="240" w:lineRule="auto"/>
      </w:pPr>
      <w:r>
        <w:separator/>
      </w:r>
    </w:p>
  </w:endnote>
  <w:endnote w:type="continuationSeparator" w:id="0">
    <w:p w14:paraId="1E9D663F" w14:textId="77777777" w:rsidR="003845B2" w:rsidRDefault="003845B2" w:rsidP="00520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BCE7" w14:textId="77777777" w:rsidR="003845B2" w:rsidRDefault="003845B2" w:rsidP="005207AD">
      <w:pPr>
        <w:spacing w:after="0" w:line="240" w:lineRule="auto"/>
      </w:pPr>
      <w:r>
        <w:separator/>
      </w:r>
    </w:p>
  </w:footnote>
  <w:footnote w:type="continuationSeparator" w:id="0">
    <w:p w14:paraId="4007AB76" w14:textId="77777777" w:rsidR="003845B2" w:rsidRDefault="003845B2" w:rsidP="00520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6DDC" w14:textId="34A345AD" w:rsidR="005207AD" w:rsidRDefault="005207AD">
    <w:pPr>
      <w:pStyle w:val="Encabezado"/>
    </w:pPr>
    <w:r w:rsidRPr="005207AD">
      <w:rPr>
        <w:rFonts w:eastAsia="Calibri" w:cs="Calibri"/>
        <w:noProof/>
        <w:color w:val="auto"/>
        <w:lang w:val="es-ES"/>
      </w:rPr>
      <w:drawing>
        <wp:inline distT="0" distB="0" distL="0" distR="0" wp14:anchorId="76B4C52D" wp14:editId="0FFD4C8E">
          <wp:extent cx="899795" cy="82359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357D84"/>
    <w:multiLevelType w:val="hybridMultilevel"/>
    <w:tmpl w:val="2E98D630"/>
    <w:lvl w:ilvl="0" w:tplc="3E7471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96674">
    <w:abstractNumId w:val="8"/>
  </w:num>
  <w:num w:numId="2" w16cid:durableId="1484851691">
    <w:abstractNumId w:val="6"/>
  </w:num>
  <w:num w:numId="3" w16cid:durableId="1338771768">
    <w:abstractNumId w:val="5"/>
  </w:num>
  <w:num w:numId="4" w16cid:durableId="1423453152">
    <w:abstractNumId w:val="4"/>
  </w:num>
  <w:num w:numId="5" w16cid:durableId="630939210">
    <w:abstractNumId w:val="7"/>
  </w:num>
  <w:num w:numId="6" w16cid:durableId="1736128958">
    <w:abstractNumId w:val="3"/>
  </w:num>
  <w:num w:numId="7" w16cid:durableId="1872105947">
    <w:abstractNumId w:val="2"/>
  </w:num>
  <w:num w:numId="8" w16cid:durableId="1062100817">
    <w:abstractNumId w:val="1"/>
  </w:num>
  <w:num w:numId="9" w16cid:durableId="1417242916">
    <w:abstractNumId w:val="0"/>
  </w:num>
  <w:num w:numId="10" w16cid:durableId="21147827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nmEnWSuF1CEhOrmWX9W+Dyv8UoK+MXquzk2Dy0PLgkHVczGz5trns3hxn+PLbrLjLO5xM7JAyXlWnZBMsWoXg==" w:salt="zQ4EK461ymkcMpAJcpygu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58D"/>
    <w:rsid w:val="000079CD"/>
    <w:rsid w:val="00034616"/>
    <w:rsid w:val="0006063C"/>
    <w:rsid w:val="0015074B"/>
    <w:rsid w:val="001977CB"/>
    <w:rsid w:val="001E03F3"/>
    <w:rsid w:val="0029639D"/>
    <w:rsid w:val="00326F90"/>
    <w:rsid w:val="003845B2"/>
    <w:rsid w:val="003D6F85"/>
    <w:rsid w:val="004D3779"/>
    <w:rsid w:val="005207AD"/>
    <w:rsid w:val="005C0F2D"/>
    <w:rsid w:val="00696C91"/>
    <w:rsid w:val="006D14B2"/>
    <w:rsid w:val="006F054D"/>
    <w:rsid w:val="00785577"/>
    <w:rsid w:val="007F20B3"/>
    <w:rsid w:val="00A778DF"/>
    <w:rsid w:val="00AA1D8D"/>
    <w:rsid w:val="00B47730"/>
    <w:rsid w:val="00B86396"/>
    <w:rsid w:val="00C86418"/>
    <w:rsid w:val="00CB0664"/>
    <w:rsid w:val="00D001A9"/>
    <w:rsid w:val="00D3584C"/>
    <w:rsid w:val="00D66BB1"/>
    <w:rsid w:val="00EF5FE4"/>
    <w:rsid w:val="00FA46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DBA2E"/>
  <w14:defaultImageDpi w14:val="300"/>
  <w15:docId w15:val="{C99F30D9-339A-45EE-8FA2-12CC70F3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2395</Characters>
  <Application>Microsoft Office Word</Application>
  <DocSecurity>8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BEATRIZ HIDALGO CARRANCO</cp:lastModifiedBy>
  <cp:revision>2</cp:revision>
  <dcterms:created xsi:type="dcterms:W3CDTF">2026-09-30T11:53:00Z</dcterms:created>
  <dcterms:modified xsi:type="dcterms:W3CDTF">2026-09-30T11:53:00Z</dcterms:modified>
  <cp:category/>
</cp:coreProperties>
</file>